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6D18" w14:textId="77777777" w:rsidR="004F2CBB" w:rsidRDefault="004F2CBB">
      <w:pPr>
        <w:jc w:val="center"/>
        <w:rPr>
          <w:b/>
          <w:lang w:val="ru-RU"/>
        </w:rPr>
      </w:pPr>
    </w:p>
    <w:p w14:paraId="7EEBE47E" w14:textId="023FC79A" w:rsidR="004F2CBB" w:rsidRPr="004F2CBB" w:rsidRDefault="004F2CBB" w:rsidP="004F2CBB">
      <w:pPr>
        <w:jc w:val="right"/>
        <w:rPr>
          <w:rFonts w:cs="Times New Roman"/>
          <w:b/>
          <w:lang w:val="ru-RU"/>
        </w:rPr>
      </w:pPr>
      <w:r w:rsidRPr="004F2CBB">
        <w:rPr>
          <w:rStyle w:val="af6"/>
          <w:rFonts w:cs="Times New Roman"/>
          <w:spacing w:val="3"/>
          <w:shd w:val="clear" w:color="auto" w:fill="FFFFFF"/>
          <w:lang w:val="ru-RU"/>
        </w:rPr>
        <w:t>Префекту СЗАО города Москвы А. А. Пашкову</w:t>
      </w:r>
    </w:p>
    <w:p w14:paraId="5070F1FF" w14:textId="77777777" w:rsidR="004F2CBB" w:rsidRDefault="004F2CBB">
      <w:pPr>
        <w:jc w:val="center"/>
        <w:rPr>
          <w:b/>
          <w:lang w:val="ru-RU"/>
        </w:rPr>
      </w:pPr>
    </w:p>
    <w:p w14:paraId="361DDCF6" w14:textId="1B20B29D" w:rsidR="005A3210" w:rsidRPr="003F5A57" w:rsidRDefault="00000000">
      <w:pPr>
        <w:jc w:val="center"/>
        <w:rPr>
          <w:lang w:val="ru-RU"/>
        </w:rPr>
      </w:pPr>
      <w:r w:rsidRPr="003F5A57">
        <w:rPr>
          <w:b/>
          <w:lang w:val="ru-RU"/>
        </w:rPr>
        <w:t>ЗАПРОС</w:t>
      </w:r>
      <w:r w:rsidRPr="003F5A57">
        <w:rPr>
          <w:b/>
          <w:lang w:val="ru-RU"/>
        </w:rPr>
        <w:br/>
        <w:t>о предоставлении информации</w:t>
      </w:r>
    </w:p>
    <w:p w14:paraId="32B2993E" w14:textId="77777777" w:rsidR="005A3210" w:rsidRPr="003F5A57" w:rsidRDefault="00000000">
      <w:pPr>
        <w:jc w:val="center"/>
        <w:rPr>
          <w:lang w:val="ru-RU"/>
        </w:rPr>
      </w:pPr>
      <w:r w:rsidRPr="003F5A57">
        <w:rPr>
          <w:b/>
          <w:lang w:val="ru-RU"/>
        </w:rPr>
        <w:t>о наличии распоряжения префекта на ночные работы</w:t>
      </w:r>
    </w:p>
    <w:p w14:paraId="08ADAB21" w14:textId="77777777" w:rsidR="005A3210" w:rsidRPr="003F5A57" w:rsidRDefault="005A3210">
      <w:pPr>
        <w:rPr>
          <w:lang w:val="ru-RU"/>
        </w:rPr>
      </w:pPr>
    </w:p>
    <w:p w14:paraId="098ACF08" w14:textId="0C2F4B55" w:rsidR="005A3210" w:rsidRDefault="003F5A57" w:rsidP="00F728F1">
      <w:pPr>
        <w:ind w:firstLine="709"/>
        <w:jc w:val="both"/>
        <w:rPr>
          <w:lang w:val="ru-RU"/>
        </w:rPr>
      </w:pPr>
      <w:r>
        <w:rPr>
          <w:lang w:val="ru-RU"/>
        </w:rPr>
        <w:t>Н</w:t>
      </w:r>
      <w:r w:rsidRPr="003F5A57">
        <w:rPr>
          <w:lang w:val="ru-RU"/>
        </w:rPr>
        <w:t xml:space="preserve">а </w:t>
      </w:r>
      <w:r w:rsidR="00193E46" w:rsidRPr="003F5A57">
        <w:rPr>
          <w:lang w:val="ru-RU"/>
        </w:rPr>
        <w:t>территории,</w:t>
      </w:r>
      <w:r>
        <w:rPr>
          <w:lang w:val="ru-RU"/>
        </w:rPr>
        <w:t xml:space="preserve"> где производится</w:t>
      </w:r>
      <w:r w:rsidRPr="003F5A57">
        <w:rPr>
          <w:lang w:val="ru-RU"/>
        </w:rPr>
        <w:t xml:space="preserve"> строительства футбольной академии «Динамо»</w:t>
      </w:r>
      <w:r w:rsidR="00872F05">
        <w:rPr>
          <w:lang w:val="ru-RU"/>
        </w:rPr>
        <w:t xml:space="preserve"> на проезде Досфлота,</w:t>
      </w:r>
      <w:r w:rsidRPr="003F5A57">
        <w:rPr>
          <w:lang w:val="ru-RU"/>
        </w:rPr>
        <w:t xml:space="preserve"> </w:t>
      </w:r>
      <w:r w:rsidR="00193E46" w:rsidRPr="003F5A57">
        <w:rPr>
          <w:lang w:val="ru-RU"/>
        </w:rPr>
        <w:t>в ночное время,</w:t>
      </w:r>
      <w:r w:rsidRPr="003F5A57">
        <w:rPr>
          <w:lang w:val="ru-RU"/>
        </w:rPr>
        <w:t xml:space="preserve"> продолжаются строительные работы, которые сопровождаются </w:t>
      </w:r>
      <w:r>
        <w:rPr>
          <w:lang w:val="ru-RU"/>
        </w:rPr>
        <w:t>повышенным шумом.</w:t>
      </w:r>
    </w:p>
    <w:p w14:paraId="17B03915" w14:textId="77777777" w:rsidR="00C64E1E" w:rsidRPr="003F5A57" w:rsidRDefault="00C64E1E" w:rsidP="00F728F1">
      <w:pPr>
        <w:ind w:firstLine="709"/>
        <w:jc w:val="both"/>
        <w:rPr>
          <w:lang w:val="ru-RU"/>
        </w:rPr>
      </w:pPr>
    </w:p>
    <w:p w14:paraId="2D3528AB" w14:textId="15C7BF22" w:rsidR="005A3210" w:rsidRDefault="00000000" w:rsidP="00F728F1">
      <w:pPr>
        <w:ind w:firstLine="709"/>
        <w:jc w:val="both"/>
        <w:rPr>
          <w:lang w:val="ru-RU"/>
        </w:rPr>
      </w:pPr>
      <w:r w:rsidRPr="003F5A57">
        <w:rPr>
          <w:lang w:val="ru-RU"/>
        </w:rPr>
        <w:t>Согласно пункту 3 Постановления Правительства Москвы от 07.12.2004 № 857-ПП «О порядке проведения работ по обустройству и содержанию строительных площадок в городе Москве», строительные (монтажные) работы в ночное время — с 22:00 до 06:00 — допускаются исключительно на основании распоряжения префекта</w:t>
      </w:r>
      <w:r w:rsidR="003F5A57">
        <w:rPr>
          <w:lang w:val="ru-RU"/>
        </w:rPr>
        <w:t>.</w:t>
      </w:r>
    </w:p>
    <w:p w14:paraId="2B1584BA" w14:textId="77777777" w:rsidR="003F5A57" w:rsidRPr="003F5A57" w:rsidRDefault="003F5A57" w:rsidP="00F728F1">
      <w:pPr>
        <w:ind w:firstLine="709"/>
        <w:jc w:val="both"/>
        <w:rPr>
          <w:lang w:val="ru-RU"/>
        </w:rPr>
      </w:pPr>
    </w:p>
    <w:p w14:paraId="6B65FBE3" w14:textId="77777777" w:rsidR="005A3210" w:rsidRPr="003F5A57" w:rsidRDefault="00000000" w:rsidP="00F728F1">
      <w:pPr>
        <w:ind w:firstLine="709"/>
        <w:jc w:val="both"/>
        <w:rPr>
          <w:lang w:val="ru-RU"/>
        </w:rPr>
      </w:pPr>
      <w:r w:rsidRPr="003F5A57">
        <w:rPr>
          <w:lang w:val="ru-RU"/>
        </w:rPr>
        <w:t>На основании вышеизложенного, прошу предоставить следующую информацию:</w:t>
      </w:r>
    </w:p>
    <w:p w14:paraId="427D3684" w14:textId="7A40E7D9" w:rsidR="005A3210" w:rsidRPr="003F5A57" w:rsidRDefault="00000000" w:rsidP="00F728F1">
      <w:pPr>
        <w:ind w:firstLine="709"/>
        <w:jc w:val="both"/>
        <w:rPr>
          <w:lang w:val="ru-RU"/>
        </w:rPr>
      </w:pPr>
      <w:r w:rsidRPr="003F5A57">
        <w:rPr>
          <w:b/>
          <w:lang w:val="ru-RU"/>
        </w:rPr>
        <w:t xml:space="preserve"> </w:t>
      </w:r>
      <w:r w:rsidRPr="003F5A57">
        <w:rPr>
          <w:lang w:val="ru-RU"/>
        </w:rPr>
        <w:t>Выдавалось ли распоряжение префекта на проведение строительных работ в ночное время (с 22:00 до 06:00) на строительной площадке футбольной академии «Динамо»?</w:t>
      </w:r>
    </w:p>
    <w:p w14:paraId="5A353C15" w14:textId="77777777" w:rsidR="003F5A57" w:rsidRDefault="00000000" w:rsidP="00F728F1">
      <w:pPr>
        <w:ind w:firstLine="709"/>
        <w:jc w:val="both"/>
        <w:rPr>
          <w:b/>
          <w:lang w:val="ru-RU"/>
        </w:rPr>
      </w:pPr>
      <w:r w:rsidRPr="003F5A57">
        <w:rPr>
          <w:b/>
          <w:lang w:val="ru-RU"/>
        </w:rPr>
        <w:t xml:space="preserve"> </w:t>
      </w:r>
    </w:p>
    <w:p w14:paraId="78882788" w14:textId="6FD2A975" w:rsidR="005A3210" w:rsidRPr="003F5A57" w:rsidRDefault="00000000" w:rsidP="00F728F1">
      <w:pPr>
        <w:ind w:firstLine="709"/>
        <w:jc w:val="both"/>
        <w:rPr>
          <w:lang w:val="ru-RU"/>
        </w:rPr>
      </w:pPr>
      <w:r w:rsidRPr="003F5A57">
        <w:rPr>
          <w:lang w:val="ru-RU"/>
        </w:rPr>
        <w:t>В случае отсутствия распоряжения префекта на ночные работы — прошу провести проверку фактов нарушения и принять меры в соответствии с законодательство</w:t>
      </w:r>
      <w:r w:rsidR="00810227">
        <w:rPr>
          <w:lang w:val="ru-RU"/>
        </w:rPr>
        <w:t>м</w:t>
      </w:r>
      <w:r w:rsidRPr="003F5A57">
        <w:rPr>
          <w:lang w:val="ru-RU"/>
        </w:rPr>
        <w:t>.</w:t>
      </w:r>
    </w:p>
    <w:p w14:paraId="2C3F2447" w14:textId="77777777" w:rsidR="005A3210" w:rsidRPr="003F5A57" w:rsidRDefault="005A3210">
      <w:pPr>
        <w:rPr>
          <w:lang w:val="ru-RU"/>
        </w:rPr>
      </w:pPr>
    </w:p>
    <w:p w14:paraId="0D5F8C77" w14:textId="77777777" w:rsidR="005A3210" w:rsidRDefault="00000000">
      <w:pPr>
        <w:jc w:val="right"/>
      </w:pPr>
      <w:r>
        <w:t>24 сентября 2026 г.</w:t>
      </w:r>
    </w:p>
    <w:p w14:paraId="259C6E73" w14:textId="77777777" w:rsidR="005A3210" w:rsidRDefault="005A3210"/>
    <w:p w14:paraId="7D45F49C" w14:textId="1BFE93E6" w:rsidR="005A3210" w:rsidRPr="00C64E1E" w:rsidRDefault="00000000">
      <w:pPr>
        <w:rPr>
          <w:lang w:val="ru-RU"/>
        </w:rPr>
      </w:pPr>
      <w:r>
        <w:t xml:space="preserve">Подпись: _____________ / </w:t>
      </w:r>
      <w:r w:rsidR="00C64E1E">
        <w:rPr>
          <w:lang w:val="ru-RU"/>
        </w:rPr>
        <w:t>ФИО</w:t>
      </w:r>
    </w:p>
    <w:sectPr w:rsidR="005A3210" w:rsidRPr="00C64E1E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5523947">
    <w:abstractNumId w:val="8"/>
  </w:num>
  <w:num w:numId="2" w16cid:durableId="1699425724">
    <w:abstractNumId w:val="6"/>
  </w:num>
  <w:num w:numId="3" w16cid:durableId="1658849199">
    <w:abstractNumId w:val="5"/>
  </w:num>
  <w:num w:numId="4" w16cid:durableId="1973247301">
    <w:abstractNumId w:val="4"/>
  </w:num>
  <w:num w:numId="5" w16cid:durableId="652218068">
    <w:abstractNumId w:val="7"/>
  </w:num>
  <w:num w:numId="6" w16cid:durableId="1333725986">
    <w:abstractNumId w:val="3"/>
  </w:num>
  <w:num w:numId="7" w16cid:durableId="1950964459">
    <w:abstractNumId w:val="2"/>
  </w:num>
  <w:num w:numId="8" w16cid:durableId="665786448">
    <w:abstractNumId w:val="1"/>
  </w:num>
  <w:num w:numId="9" w16cid:durableId="1313749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3E46"/>
    <w:rsid w:val="0029639D"/>
    <w:rsid w:val="00326F90"/>
    <w:rsid w:val="003F5A57"/>
    <w:rsid w:val="004F2CBB"/>
    <w:rsid w:val="005A3210"/>
    <w:rsid w:val="005D1690"/>
    <w:rsid w:val="0060088C"/>
    <w:rsid w:val="00797A25"/>
    <w:rsid w:val="00810227"/>
    <w:rsid w:val="00872F05"/>
    <w:rsid w:val="00AA1D8D"/>
    <w:rsid w:val="00B47730"/>
    <w:rsid w:val="00C137C8"/>
    <w:rsid w:val="00C64E1E"/>
    <w:rsid w:val="00CB0664"/>
    <w:rsid w:val="00F35947"/>
    <w:rsid w:val="00F728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79763"/>
  <w14:defaultImageDpi w14:val="300"/>
  <w15:docId w15:val="{9934DFE3-91F8-43A9-8E47-912D0B43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9</cp:revision>
  <dcterms:created xsi:type="dcterms:W3CDTF">2013-12-23T23:15:00Z</dcterms:created>
  <dcterms:modified xsi:type="dcterms:W3CDTF">2026-09-24T14:12:00Z</dcterms:modified>
  <cp:category/>
</cp:coreProperties>
</file>